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8766F" w14:textId="5D4D43C9" w:rsidR="00E74E8B" w:rsidRDefault="006E790F">
      <w:pPr>
        <w:pStyle w:val="MainHeading"/>
      </w:pPr>
      <w:r>
        <w:t xml:space="preserve">2026-2027 </w:t>
      </w:r>
      <w:r w:rsidR="00000000">
        <w:t>Indigenous Community Sport Development Grant</w:t>
      </w:r>
    </w:p>
    <w:p w14:paraId="1034BD4A" w14:textId="77777777" w:rsidR="00E74E8B" w:rsidRDefault="00000000">
      <w:r>
        <w:t>Application and Follow-Up Questions | South West District Indigenous Youth Sport Initiative</w:t>
      </w:r>
    </w:p>
    <w:p w14:paraId="524E6FFC" w14:textId="77777777" w:rsidR="00E74E8B" w:rsidRDefault="00E74E8B"/>
    <w:p w14:paraId="262B07EA" w14:textId="77777777" w:rsidR="00E74E8B" w:rsidRDefault="00000000">
      <w:r>
        <w:t>This document provides the questions and instructions from both online forms for reference. Applications and follow-ups are submitted through the online forms.</w:t>
      </w:r>
    </w:p>
    <w:p w14:paraId="5BDB6F07" w14:textId="77777777" w:rsidR="00E74E8B" w:rsidRDefault="00E74E8B"/>
    <w:p w14:paraId="0C3F4347" w14:textId="77777777" w:rsidR="00E74E8B" w:rsidRDefault="00000000">
      <w:pPr>
        <w:pStyle w:val="MainHeading"/>
      </w:pPr>
      <w:r>
        <w:t>PART 1 — APPLICATION</w:t>
      </w:r>
    </w:p>
    <w:p w14:paraId="7204A533" w14:textId="77777777" w:rsidR="00E74E8B" w:rsidRDefault="00E74E8B"/>
    <w:p w14:paraId="37428E63" w14:textId="77777777" w:rsidR="00E74E8B" w:rsidRDefault="00000000">
      <w:pPr>
        <w:pStyle w:val="MainHeading"/>
      </w:pPr>
      <w:r>
        <w:t>Indigenous Community Sport Development Grant Application</w:t>
      </w:r>
    </w:p>
    <w:p w14:paraId="0F5D455C" w14:textId="77777777" w:rsidR="00E74E8B" w:rsidRDefault="00E74E8B"/>
    <w:p w14:paraId="083A824A" w14:textId="77777777" w:rsidR="00E74E8B" w:rsidRDefault="00000000">
      <w:r>
        <w:t>South West District, in partnership with Sask Sport, is working to make it easier for Indigenous youth athletes to participate, develop and continue in community sport.</w:t>
      </w:r>
    </w:p>
    <w:p w14:paraId="47A4F646" w14:textId="77777777" w:rsidR="00E74E8B" w:rsidRDefault="00E74E8B"/>
    <w:p w14:paraId="1E88A769" w14:textId="77777777" w:rsidR="00E74E8B" w:rsidRDefault="00000000">
      <w:r>
        <w:t>Does your sport organization or group already have Indigenous youth participating? Would you like to welcome more? Is there a barrier making it harder for Indigenous youth athletes to participate, develop or stay involved? We may be able to help.</w:t>
      </w:r>
    </w:p>
    <w:p w14:paraId="7B8B21A9" w14:textId="77777777" w:rsidR="00E74E8B" w:rsidRDefault="00E74E8B"/>
    <w:p w14:paraId="23974B47" w14:textId="77777777" w:rsidR="00E74E8B" w:rsidRDefault="00000000">
      <w:r>
        <w:t>Funding may support new, expanded or enhanced organized sport opportunities, including:</w:t>
      </w:r>
    </w:p>
    <w:p w14:paraId="7E2FB86F" w14:textId="77777777" w:rsidR="00E74E8B" w:rsidRDefault="00000000">
      <w:r>
        <w:t>• sport equipment and resources;</w:t>
      </w:r>
    </w:p>
    <w:p w14:paraId="07C36BC5" w14:textId="77777777" w:rsidR="00E74E8B" w:rsidRDefault="00000000">
      <w:r>
        <w:t>• qualified coaching or instruction;</w:t>
      </w:r>
    </w:p>
    <w:p w14:paraId="6F0A1857" w14:textId="77777777" w:rsidR="00E74E8B" w:rsidRDefault="00000000">
      <w:r>
        <w:t>• registration and participation costs;</w:t>
      </w:r>
    </w:p>
    <w:p w14:paraId="7154AF26" w14:textId="77777777" w:rsidR="00E74E8B" w:rsidRDefault="00000000">
      <w:r>
        <w:t>• skills development opportunities;</w:t>
      </w:r>
    </w:p>
    <w:p w14:paraId="58D03439" w14:textId="77777777" w:rsidR="00E74E8B" w:rsidRDefault="00000000">
      <w:r>
        <w:t>• facility rental;</w:t>
      </w:r>
    </w:p>
    <w:p w14:paraId="46704C71" w14:textId="77777777" w:rsidR="00E74E8B" w:rsidRDefault="00000000">
      <w:r>
        <w:t>• in-province transportation or travel for eligible sport activities;</w:t>
      </w:r>
    </w:p>
    <w:p w14:paraId="5D316DCE" w14:textId="77777777" w:rsidR="00E74E8B" w:rsidRDefault="00000000">
      <w:r>
        <w:t>• league or competitive participation; or</w:t>
      </w:r>
    </w:p>
    <w:p w14:paraId="4C4E611C" w14:textId="77777777" w:rsidR="00E74E8B" w:rsidRDefault="00000000">
      <w:r>
        <w:t>• other eligible costs that help increase, strengthen or sustain Indigenous youth participation in organized sport.</w:t>
      </w:r>
    </w:p>
    <w:p w14:paraId="75F050E0" w14:textId="77777777" w:rsidR="00E74E8B" w:rsidRDefault="00E74E8B"/>
    <w:p w14:paraId="1F5B9C2F" w14:textId="77777777" w:rsidR="00E74E8B" w:rsidRDefault="00000000">
      <w:r>
        <w:t>Funding Amounts: Grants typically range from $500 to $5,000. If your group or club requires less than $500, please contact a South West District Community Consultant to discuss your project.</w:t>
      </w:r>
    </w:p>
    <w:p w14:paraId="188385D4" w14:textId="77777777" w:rsidR="00E74E8B" w:rsidRDefault="00E74E8B"/>
    <w:p w14:paraId="08B1C5D3" w14:textId="77777777" w:rsidR="00E74E8B" w:rsidRDefault="00000000">
      <w:r>
        <w:t>The application is short and simple, and South West District staff can help you complete it.</w:t>
      </w:r>
    </w:p>
    <w:p w14:paraId="26FEDEC9" w14:textId="77777777" w:rsidR="00E74E8B" w:rsidRDefault="00E74E8B"/>
    <w:p w14:paraId="1AB5822A" w14:textId="77777777" w:rsidR="00E74E8B" w:rsidRDefault="00000000">
      <w:r>
        <w:t>Tell us about the opportunity, what's getting in the way, and what might make a difference.</w:t>
      </w:r>
    </w:p>
    <w:p w14:paraId="404F4120" w14:textId="77777777" w:rsidR="00E74E8B" w:rsidRDefault="00E74E8B"/>
    <w:p w14:paraId="3B82477C" w14:textId="77777777" w:rsidR="00E74E8B" w:rsidRDefault="00000000">
      <w:r>
        <w:t>Not sure if your organization or group is eligible? Not incorporated as a nonprofit? That's okay—talk to us. South West District can help determine whether your sport opportunity is eligible and whether an eligible community partner may be needed.</w:t>
      </w:r>
    </w:p>
    <w:p w14:paraId="0FFD383E" w14:textId="77777777" w:rsidR="00E74E8B" w:rsidRDefault="00E74E8B"/>
    <w:p w14:paraId="00634DFC" w14:textId="77777777" w:rsidR="00E74E8B" w:rsidRDefault="00000000">
      <w:pPr>
        <w:pStyle w:val="SectionHeading"/>
      </w:pPr>
      <w:r>
        <w:t>Section 1 — Tell Us About Your Organization or Group</w:t>
      </w:r>
    </w:p>
    <w:p w14:paraId="7CB37D82" w14:textId="77777777" w:rsidR="00E74E8B" w:rsidRDefault="00E74E8B"/>
    <w:p w14:paraId="0CE2D094" w14:textId="77777777" w:rsidR="00E74E8B" w:rsidRDefault="00000000">
      <w:pPr>
        <w:pStyle w:val="SectionHeading"/>
      </w:pPr>
      <w:r>
        <w:t>What is your organization or group name?</w:t>
      </w:r>
    </w:p>
    <w:p w14:paraId="7468724A" w14:textId="77777777" w:rsidR="00E74E8B" w:rsidRDefault="00E74E8B"/>
    <w:p w14:paraId="65F56762" w14:textId="77777777" w:rsidR="00E74E8B" w:rsidRDefault="00000000">
      <w:pPr>
        <w:pStyle w:val="SectionHeading"/>
      </w:pPr>
      <w:r>
        <w:t>In what community are you located?</w:t>
      </w:r>
    </w:p>
    <w:p w14:paraId="128C0707" w14:textId="77777777" w:rsidR="00E74E8B" w:rsidRDefault="00E74E8B"/>
    <w:p w14:paraId="20F644A7" w14:textId="77777777" w:rsidR="00E74E8B" w:rsidRDefault="00000000">
      <w:pPr>
        <w:pStyle w:val="SectionHeading"/>
      </w:pPr>
      <w:r>
        <w:t>What is your sport?</w:t>
      </w:r>
    </w:p>
    <w:p w14:paraId="22B47B7C" w14:textId="77777777" w:rsidR="00E74E8B" w:rsidRDefault="00E74E8B"/>
    <w:p w14:paraId="00F1FC19" w14:textId="77777777" w:rsidR="00E74E8B" w:rsidRDefault="00000000">
      <w:pPr>
        <w:pStyle w:val="SectionHeading"/>
      </w:pPr>
      <w:r>
        <w:t>Who is the primary contact for this application?</w:t>
      </w:r>
    </w:p>
    <w:p w14:paraId="5E60F976" w14:textId="77777777" w:rsidR="00E74E8B" w:rsidRDefault="00000000">
      <w:r>
        <w:t>First name / Last name</w:t>
      </w:r>
    </w:p>
    <w:p w14:paraId="494F0E6B" w14:textId="77777777" w:rsidR="00E74E8B" w:rsidRDefault="00E74E8B"/>
    <w:p w14:paraId="78E8E90C" w14:textId="77777777" w:rsidR="00E74E8B" w:rsidRDefault="00000000">
      <w:pPr>
        <w:pStyle w:val="SectionHeading"/>
      </w:pPr>
      <w:r>
        <w:t>What is the position/role of the primary contact?</w:t>
      </w:r>
    </w:p>
    <w:p w14:paraId="1A416AD2" w14:textId="77777777" w:rsidR="00E74E8B" w:rsidRDefault="00E74E8B"/>
    <w:p w14:paraId="5AABBEB3" w14:textId="77777777" w:rsidR="00E74E8B" w:rsidRDefault="00000000">
      <w:pPr>
        <w:pStyle w:val="SectionHeading"/>
      </w:pPr>
      <w:r>
        <w:lastRenderedPageBreak/>
        <w:t>What is the phone number of the primary contact?</w:t>
      </w:r>
    </w:p>
    <w:p w14:paraId="09BFACA7" w14:textId="77777777" w:rsidR="00E74E8B" w:rsidRDefault="00E74E8B"/>
    <w:p w14:paraId="194F2B0F" w14:textId="77777777" w:rsidR="00E74E8B" w:rsidRDefault="00000000">
      <w:pPr>
        <w:pStyle w:val="SectionHeading"/>
      </w:pPr>
      <w:r>
        <w:t>What is the email address of the primary contact?</w:t>
      </w:r>
    </w:p>
    <w:p w14:paraId="0D338E42" w14:textId="77777777" w:rsidR="00E74E8B" w:rsidRDefault="00E74E8B"/>
    <w:p w14:paraId="0DE5291C" w14:textId="77777777" w:rsidR="00E74E8B" w:rsidRDefault="00000000">
      <w:pPr>
        <w:pStyle w:val="SectionHeading"/>
      </w:pPr>
      <w:r>
        <w:t>Which best describes your organization or group?</w:t>
      </w:r>
    </w:p>
    <w:p w14:paraId="2B66D451" w14:textId="77777777" w:rsidR="00E74E8B" w:rsidRDefault="00000000">
      <w:r>
        <w:t>☐ Community sport organization/club/group</w:t>
      </w:r>
    </w:p>
    <w:p w14:paraId="22EBE34C" w14:textId="77777777" w:rsidR="00E74E8B" w:rsidRDefault="00000000">
      <w:r>
        <w:t>☐ First Nation or Tribal Council</w:t>
      </w:r>
    </w:p>
    <w:p w14:paraId="4E7B931B" w14:textId="77777777" w:rsidR="00E74E8B" w:rsidRDefault="00000000">
      <w:r>
        <w:t>☐ Municipality</w:t>
      </w:r>
    </w:p>
    <w:p w14:paraId="75C74AFF" w14:textId="77777777" w:rsidR="00E74E8B" w:rsidRDefault="00000000">
      <w:r>
        <w:t>☐ School</w:t>
      </w:r>
    </w:p>
    <w:p w14:paraId="799510D2" w14:textId="77777777" w:rsidR="00E74E8B" w:rsidRDefault="00000000">
      <w:r>
        <w:t>☐ Non-profit/community organization or group</w:t>
      </w:r>
    </w:p>
    <w:p w14:paraId="66B32F9D" w14:textId="77777777" w:rsidR="00E74E8B" w:rsidRDefault="00000000">
      <w:r>
        <w:t>☐ Other</w:t>
      </w:r>
    </w:p>
    <w:p w14:paraId="03368676" w14:textId="77777777" w:rsidR="00E74E8B" w:rsidRDefault="00E74E8B"/>
    <w:p w14:paraId="5DD109F9" w14:textId="77777777" w:rsidR="00E74E8B" w:rsidRDefault="00000000">
      <w:pPr>
        <w:pStyle w:val="SectionHeading"/>
      </w:pPr>
      <w:r>
        <w:t>Is your organization or group incorporated as a nonprofit?</w:t>
      </w:r>
    </w:p>
    <w:p w14:paraId="37787CA3" w14:textId="77777777" w:rsidR="00E74E8B" w:rsidRDefault="00000000">
      <w:r>
        <w:t>☐ Yes</w:t>
      </w:r>
    </w:p>
    <w:p w14:paraId="24524844" w14:textId="77777777" w:rsidR="00E74E8B" w:rsidRDefault="00000000">
      <w:r>
        <w:t>☐ No</w:t>
      </w:r>
    </w:p>
    <w:p w14:paraId="03AB2462" w14:textId="77777777" w:rsidR="00E74E8B" w:rsidRDefault="00000000">
      <w:r>
        <w:t>☐ Not sure</w:t>
      </w:r>
    </w:p>
    <w:p w14:paraId="579F889C" w14:textId="77777777" w:rsidR="00E74E8B" w:rsidRDefault="00E74E8B"/>
    <w:p w14:paraId="1E48ADAD" w14:textId="77777777" w:rsidR="00E74E8B" w:rsidRDefault="00000000">
      <w:r>
        <w:t>Not incorporated? That's okay. It doesn't mean your sport opportunity can't be considered. South West District will help determine the appropriate eligibility or partnership arrangement.</w:t>
      </w:r>
    </w:p>
    <w:p w14:paraId="653B99FD" w14:textId="77777777" w:rsidR="00E74E8B" w:rsidRDefault="00E74E8B"/>
    <w:p w14:paraId="3A8F7E70" w14:textId="77777777" w:rsidR="00E74E8B" w:rsidRDefault="00000000">
      <w:pPr>
        <w:pStyle w:val="SectionHeading"/>
      </w:pPr>
      <w:r>
        <w:t>Section 2 — Tell Us About the Opportunity</w:t>
      </w:r>
    </w:p>
    <w:p w14:paraId="2DF26E5F" w14:textId="77777777" w:rsidR="00E74E8B" w:rsidRDefault="00E74E8B"/>
    <w:p w14:paraId="48810AA1" w14:textId="77777777" w:rsidR="00E74E8B" w:rsidRDefault="00000000">
      <w:pPr>
        <w:pStyle w:val="SectionHeading"/>
      </w:pPr>
      <w:r>
        <w:t>What participation or sport-development opportunity are you trying to create or strengthen for Indigenous youth athletes?</w:t>
      </w:r>
    </w:p>
    <w:p w14:paraId="19818D58" w14:textId="77777777" w:rsidR="00E74E8B" w:rsidRDefault="00000000">
      <w:r>
        <w:t>Tell us what you'd like to do and who it would help.</w:t>
      </w:r>
    </w:p>
    <w:p w14:paraId="1A182E0E" w14:textId="77777777" w:rsidR="00E74E8B" w:rsidRDefault="00E74E8B"/>
    <w:p w14:paraId="2CAB94B2" w14:textId="77777777" w:rsidR="00E74E8B" w:rsidRDefault="00000000">
      <w:pPr>
        <w:pStyle w:val="SectionHeading"/>
      </w:pPr>
      <w:r>
        <w:t>Is there a barrier or challenge making it harder for Indigenous youth athletes to participate, develop or continue in your sport?</w:t>
      </w:r>
    </w:p>
    <w:p w14:paraId="4D7440B0" w14:textId="77777777" w:rsidR="00E74E8B" w:rsidRDefault="00000000">
      <w:r>
        <w:t>For example: cost, equipment, transportation, access to coaching or instruction, location, registration, competition opportunities or something else. If there isn't a specific barrier, that's okay.</w:t>
      </w:r>
    </w:p>
    <w:p w14:paraId="7FE27979" w14:textId="77777777" w:rsidR="00E74E8B" w:rsidRDefault="00E74E8B"/>
    <w:p w14:paraId="2E5B197C" w14:textId="77777777" w:rsidR="00E74E8B" w:rsidRDefault="00000000">
      <w:pPr>
        <w:pStyle w:val="SectionHeading"/>
      </w:pPr>
      <w:r>
        <w:t>What do you hope will be different for Indigenous youth athletes as a result of this funding?</w:t>
      </w:r>
    </w:p>
    <w:p w14:paraId="77ED6DB4" w14:textId="77777777" w:rsidR="00E74E8B" w:rsidRDefault="00000000">
      <w:r>
        <w:t>For example: more youth participating, current athletes able to continue, improved access to equipment or instruction, new development opportunities, or participation in league or competitive sport.</w:t>
      </w:r>
    </w:p>
    <w:p w14:paraId="6A96936A" w14:textId="77777777" w:rsidR="00E74E8B" w:rsidRDefault="00E74E8B"/>
    <w:p w14:paraId="2DA2419F" w14:textId="77777777" w:rsidR="00E74E8B" w:rsidRDefault="00000000">
      <w:pPr>
        <w:pStyle w:val="SectionHeading"/>
      </w:pPr>
      <w:r>
        <w:t>Is this opportunity:</w:t>
      </w:r>
    </w:p>
    <w:p w14:paraId="44BC2AC2" w14:textId="77777777" w:rsidR="00E74E8B" w:rsidRDefault="00000000">
      <w:r>
        <w:t>☐ A new sport program or opportunity</w:t>
      </w:r>
    </w:p>
    <w:p w14:paraId="01C11E96" w14:textId="77777777" w:rsidR="00E74E8B" w:rsidRDefault="00000000">
      <w:r>
        <w:t>☐ An expansion or enhancement of an existing sport program</w:t>
      </w:r>
    </w:p>
    <w:p w14:paraId="68BF0641" w14:textId="77777777" w:rsidR="00E74E8B" w:rsidRDefault="00000000">
      <w:r>
        <w:t>☐ Not sure</w:t>
      </w:r>
    </w:p>
    <w:p w14:paraId="035FDA70" w14:textId="77777777" w:rsidR="00E74E8B" w:rsidRDefault="00E74E8B"/>
    <w:p w14:paraId="0F4BB79C" w14:textId="77777777" w:rsidR="00E74E8B" w:rsidRDefault="00000000">
      <w:pPr>
        <w:pStyle w:val="SectionHeading"/>
      </w:pPr>
      <w:r>
        <w:t>Section 3 — Who Will Participate?</w:t>
      </w:r>
    </w:p>
    <w:p w14:paraId="66CF82A2" w14:textId="77777777" w:rsidR="00E74E8B" w:rsidRDefault="00E74E8B"/>
    <w:p w14:paraId="41D36C13" w14:textId="77777777" w:rsidR="00E74E8B" w:rsidRDefault="00000000">
      <w:pPr>
        <w:pStyle w:val="SectionHeading"/>
      </w:pPr>
      <w:r>
        <w:t>Where will this sport opportunity take place?</w:t>
      </w:r>
    </w:p>
    <w:p w14:paraId="66E5EBF8" w14:textId="77777777" w:rsidR="00E74E8B" w:rsidRDefault="00000000">
      <w:r>
        <w:t>List community or communities.</w:t>
      </w:r>
    </w:p>
    <w:p w14:paraId="1D9A657C" w14:textId="77777777" w:rsidR="00E74E8B" w:rsidRDefault="00E74E8B"/>
    <w:p w14:paraId="4733F819" w14:textId="77777777" w:rsidR="00E74E8B" w:rsidRDefault="00000000">
      <w:pPr>
        <w:pStyle w:val="SectionHeading"/>
      </w:pPr>
      <w:r>
        <w:t>What ages will participate? Check all that apply.</w:t>
      </w:r>
    </w:p>
    <w:p w14:paraId="2FC1BDCF" w14:textId="77777777" w:rsidR="00E74E8B" w:rsidRDefault="00000000">
      <w:r>
        <w:t>☐ 5–8</w:t>
      </w:r>
    </w:p>
    <w:p w14:paraId="369B892A" w14:textId="77777777" w:rsidR="00E74E8B" w:rsidRDefault="00000000">
      <w:r>
        <w:t>☐ 9–12</w:t>
      </w:r>
    </w:p>
    <w:p w14:paraId="07E9D75E" w14:textId="77777777" w:rsidR="00E74E8B" w:rsidRDefault="00000000">
      <w:r>
        <w:t>☐ 13–15</w:t>
      </w:r>
    </w:p>
    <w:p w14:paraId="30F7F316" w14:textId="77777777" w:rsidR="00E74E8B" w:rsidRDefault="00000000">
      <w:r>
        <w:t>☐ 16–18</w:t>
      </w:r>
    </w:p>
    <w:p w14:paraId="333566D7" w14:textId="77777777" w:rsidR="00E74E8B" w:rsidRDefault="00E74E8B"/>
    <w:p w14:paraId="22B70366" w14:textId="77777777" w:rsidR="00E74E8B" w:rsidRDefault="00000000">
      <w:pPr>
        <w:pStyle w:val="SectionHeading"/>
      </w:pPr>
      <w:r>
        <w:t>About how many Indigenous youth athletes do you expect will participate or benefit?</w:t>
      </w:r>
    </w:p>
    <w:p w14:paraId="620A29DB" w14:textId="77777777" w:rsidR="00E74E8B" w:rsidRDefault="00000000">
      <w:r>
        <w:t>Your best estimate is fine.</w:t>
      </w:r>
    </w:p>
    <w:p w14:paraId="3AF4B38A" w14:textId="77777777" w:rsidR="00E74E8B" w:rsidRDefault="00E74E8B"/>
    <w:p w14:paraId="58988E12" w14:textId="77777777" w:rsidR="00E74E8B" w:rsidRDefault="00000000">
      <w:pPr>
        <w:pStyle w:val="SectionHeading"/>
      </w:pPr>
      <w:r>
        <w:t>How many youth athletes in total do you expect to participate or benefit?</w:t>
      </w:r>
    </w:p>
    <w:p w14:paraId="6F8F39AE" w14:textId="77777777" w:rsidR="00E74E8B" w:rsidRDefault="00000000">
      <w:r>
        <w:t>Include the Indigenous youth athletes counted above.</w:t>
      </w:r>
    </w:p>
    <w:p w14:paraId="64A4ACB0" w14:textId="77777777" w:rsidR="00E74E8B" w:rsidRDefault="00E74E8B"/>
    <w:p w14:paraId="1C81CC1C" w14:textId="77777777" w:rsidR="00E74E8B" w:rsidRDefault="00000000">
      <w:pPr>
        <w:pStyle w:val="SectionHeading"/>
      </w:pPr>
      <w:r>
        <w:t>How did you determine the anticipated number of Indigenous youth athletes who will participate or benefit? Choose all that apply.</w:t>
      </w:r>
    </w:p>
    <w:p w14:paraId="3A7FFE6D" w14:textId="77777777" w:rsidR="00E74E8B" w:rsidRDefault="00000000">
      <w:r>
        <w:t>☐ Indigenous youth are already participating in our sport/program</w:t>
      </w:r>
    </w:p>
    <w:p w14:paraId="5B507489" w14:textId="77777777" w:rsidR="00E74E8B" w:rsidRDefault="00000000">
      <w:r>
        <w:t>☐ Indigenous youth or families have expressed interest</w:t>
      </w:r>
    </w:p>
    <w:p w14:paraId="38939CE9" w14:textId="77777777" w:rsidR="00E74E8B" w:rsidRDefault="00000000">
      <w:r>
        <w:t>☐ We have identified an opportunity through our community or organization or group</w:t>
      </w:r>
    </w:p>
    <w:p w14:paraId="11F77B20" w14:textId="77777777" w:rsidR="00E74E8B" w:rsidRDefault="00000000">
      <w:r>
        <w:t>☐ We are working with a community, school or other partner</w:t>
      </w:r>
    </w:p>
    <w:p w14:paraId="5E3B445A" w14:textId="77777777" w:rsidR="00E74E8B" w:rsidRDefault="00000000">
      <w:r>
        <w:t>☐ Other</w:t>
      </w:r>
    </w:p>
    <w:p w14:paraId="22BA26B6" w14:textId="77777777" w:rsidR="00E74E8B" w:rsidRDefault="00E74E8B"/>
    <w:p w14:paraId="5A6BCAD0" w14:textId="77777777" w:rsidR="00E74E8B" w:rsidRDefault="00000000">
      <w:pPr>
        <w:pStyle w:val="SectionHeading"/>
      </w:pPr>
      <w:r>
        <w:t>Section 4 — What Will the Funding Pay For?</w:t>
      </w:r>
    </w:p>
    <w:p w14:paraId="74507E54" w14:textId="77777777" w:rsidR="00E74E8B" w:rsidRDefault="00E74E8B"/>
    <w:p w14:paraId="4F0B4484" w14:textId="77777777" w:rsidR="00E74E8B" w:rsidRDefault="00000000">
      <w:pPr>
        <w:pStyle w:val="SectionHeading"/>
      </w:pPr>
      <w:r>
        <w:t>What would you use the funding for? Check all that apply.</w:t>
      </w:r>
    </w:p>
    <w:p w14:paraId="7E505A49" w14:textId="77777777" w:rsidR="00E74E8B" w:rsidRDefault="00000000">
      <w:r>
        <w:t>☐ Sport equipment or resources</w:t>
      </w:r>
    </w:p>
    <w:p w14:paraId="6BA496A8" w14:textId="77777777" w:rsidR="00E74E8B" w:rsidRDefault="00000000">
      <w:r>
        <w:t>☐ Facility rental</w:t>
      </w:r>
    </w:p>
    <w:p w14:paraId="243499DA" w14:textId="77777777" w:rsidR="00E74E8B" w:rsidRDefault="00000000">
      <w:r>
        <w:t>☐ Athlete registration or participation costs</w:t>
      </w:r>
    </w:p>
    <w:p w14:paraId="10FF0C8D" w14:textId="77777777" w:rsidR="00E74E8B" w:rsidRDefault="00000000">
      <w:r>
        <w:t>☐ Coaching, instruction or skills development</w:t>
      </w:r>
    </w:p>
    <w:p w14:paraId="23913439" w14:textId="77777777" w:rsidR="00E74E8B" w:rsidRDefault="00000000">
      <w:r>
        <w:t>☐ Transportation or eligible in-province travel</w:t>
      </w:r>
    </w:p>
    <w:p w14:paraId="148D2EA0" w14:textId="77777777" w:rsidR="00E74E8B" w:rsidRDefault="00000000">
      <w:r>
        <w:t>☐ League or competitive participation</w:t>
      </w:r>
    </w:p>
    <w:p w14:paraId="07426148" w14:textId="77777777" w:rsidR="00E74E8B" w:rsidRDefault="00000000">
      <w:r>
        <w:t>☐ Food directly related to the sport activity</w:t>
      </w:r>
    </w:p>
    <w:p w14:paraId="189AC0A1" w14:textId="77777777" w:rsidR="00E74E8B" w:rsidRDefault="00000000">
      <w:r>
        <w:t>☐ Elder honoraria</w:t>
      </w:r>
    </w:p>
    <w:p w14:paraId="03DCA02E" w14:textId="77777777" w:rsidR="00E74E8B" w:rsidRDefault="00000000">
      <w:r>
        <w:t>☐ Other</w:t>
      </w:r>
    </w:p>
    <w:p w14:paraId="41F9C753" w14:textId="77777777" w:rsidR="00E74E8B" w:rsidRDefault="00E74E8B"/>
    <w:p w14:paraId="266080FD" w14:textId="77777777" w:rsidR="00E74E8B" w:rsidRDefault="00000000">
      <w:pPr>
        <w:pStyle w:val="SectionHeading"/>
      </w:pPr>
      <w:r>
        <w:t>Tell us what you plan to purchase or pay for and approximately how much it will cost.</w:t>
      </w:r>
    </w:p>
    <w:p w14:paraId="5F412879" w14:textId="77777777" w:rsidR="00E74E8B" w:rsidRDefault="00000000">
      <w:r>
        <w:t>What will the funding pay for? What is the estimated cost?</w:t>
      </w:r>
    </w:p>
    <w:p w14:paraId="61BA9D7F" w14:textId="77777777" w:rsidR="00E74E8B" w:rsidRDefault="00E74E8B"/>
    <w:p w14:paraId="4F38EE6C" w14:textId="77777777" w:rsidR="00E74E8B" w:rsidRDefault="00000000">
      <w:pPr>
        <w:pStyle w:val="SectionHeading"/>
      </w:pPr>
      <w:r>
        <w:t>If you prefer to upload a budget, do that here.</w:t>
      </w:r>
    </w:p>
    <w:p w14:paraId="561F848B" w14:textId="77777777" w:rsidR="00E74E8B" w:rsidRDefault="00000000">
      <w:r>
        <w:t>Optional upload.</w:t>
      </w:r>
    </w:p>
    <w:p w14:paraId="122CA423" w14:textId="77777777" w:rsidR="00E74E8B" w:rsidRDefault="00E74E8B"/>
    <w:p w14:paraId="55A18BCF" w14:textId="77777777" w:rsidR="00E74E8B" w:rsidRDefault="00000000">
      <w:pPr>
        <w:pStyle w:val="SectionHeading"/>
      </w:pPr>
      <w:r>
        <w:t>What is the total funding requested?</w:t>
      </w:r>
    </w:p>
    <w:p w14:paraId="317D6DC6" w14:textId="77777777" w:rsidR="00E74E8B" w:rsidRDefault="00E74E8B"/>
    <w:p w14:paraId="33E91C26" w14:textId="77777777" w:rsidR="00E74E8B" w:rsidRDefault="00000000">
      <w:pPr>
        <w:pStyle w:val="SectionHeading"/>
      </w:pPr>
      <w:r>
        <w:t>Will this funding cover the full cost of the opportunity?</w:t>
      </w:r>
    </w:p>
    <w:p w14:paraId="10E9A1C5" w14:textId="77777777" w:rsidR="00E74E8B" w:rsidRDefault="00000000">
      <w:r>
        <w:t>☐ Yes</w:t>
      </w:r>
    </w:p>
    <w:p w14:paraId="6DEFAC60" w14:textId="77777777" w:rsidR="00E74E8B" w:rsidRDefault="00000000">
      <w:r>
        <w:t>☐ No</w:t>
      </w:r>
    </w:p>
    <w:p w14:paraId="1EB4C65A" w14:textId="77777777" w:rsidR="00E74E8B" w:rsidRDefault="00E74E8B"/>
    <w:p w14:paraId="182A3EB1" w14:textId="77777777" w:rsidR="00E74E8B" w:rsidRDefault="00000000">
      <w:pPr>
        <w:pStyle w:val="SectionHeading"/>
      </w:pPr>
      <w:r>
        <w:t>If No, approximately what is the total cost?</w:t>
      </w:r>
    </w:p>
    <w:p w14:paraId="27B3D788" w14:textId="77777777" w:rsidR="00E74E8B" w:rsidRDefault="00E74E8B"/>
    <w:p w14:paraId="39603DF8" w14:textId="77777777" w:rsidR="00E74E8B" w:rsidRDefault="00000000">
      <w:pPr>
        <w:pStyle w:val="SectionHeading"/>
      </w:pPr>
      <w:r>
        <w:t>How will the remaining costs be covered?</w:t>
      </w:r>
    </w:p>
    <w:p w14:paraId="3C362A76" w14:textId="77777777" w:rsidR="00E74E8B" w:rsidRDefault="00E74E8B"/>
    <w:p w14:paraId="0507C2C5" w14:textId="77777777" w:rsidR="00E74E8B" w:rsidRDefault="00000000">
      <w:pPr>
        <w:pStyle w:val="SectionHeading"/>
      </w:pPr>
      <w:r>
        <w:t>When do you expect to use the funding? What is the Start Date and the End Date?</w:t>
      </w:r>
    </w:p>
    <w:p w14:paraId="15C7A123" w14:textId="77777777" w:rsidR="00E74E8B" w:rsidRDefault="00000000">
      <w:r>
        <w:t>Funding cannot be used for expenses incurred before your application is approved. Please plan your start date accordingly.</w:t>
      </w:r>
    </w:p>
    <w:p w14:paraId="267D7D94" w14:textId="77777777" w:rsidR="00E74E8B" w:rsidRDefault="00E74E8B"/>
    <w:p w14:paraId="374763A5" w14:textId="77777777" w:rsidR="00E74E8B" w:rsidRDefault="00000000">
      <w:pPr>
        <w:pStyle w:val="SectionHeading"/>
      </w:pPr>
      <w:r>
        <w:t>Section 5 — When Do You Need the Funding?</w:t>
      </w:r>
    </w:p>
    <w:p w14:paraId="48C6725B" w14:textId="77777777" w:rsidR="00E74E8B" w:rsidRDefault="00E74E8B"/>
    <w:p w14:paraId="001DD67E" w14:textId="77777777" w:rsidR="00E74E8B" w:rsidRDefault="00000000">
      <w:pPr>
        <w:pStyle w:val="SectionHeading"/>
      </w:pPr>
      <w:r>
        <w:t>Do you need some of the funding before you can begin?</w:t>
      </w:r>
    </w:p>
    <w:p w14:paraId="13BA538D" w14:textId="77777777" w:rsidR="00E74E8B" w:rsidRDefault="00000000">
      <w:r>
        <w:t>Some organizations or groups may need funding in advance to get started. Others may be able to receive funding after the activity is complete. Your answer will not affect whether your application is eligible.</w:t>
      </w:r>
    </w:p>
    <w:p w14:paraId="6E240F67" w14:textId="77777777" w:rsidR="00E74E8B" w:rsidRDefault="00000000">
      <w:r>
        <w:t>☐ Yes</w:t>
      </w:r>
    </w:p>
    <w:p w14:paraId="786FE00D" w14:textId="77777777" w:rsidR="00E74E8B" w:rsidRDefault="00000000">
      <w:r>
        <w:t>☐ No</w:t>
      </w:r>
    </w:p>
    <w:p w14:paraId="76F34BE1" w14:textId="77777777" w:rsidR="00E74E8B" w:rsidRDefault="00000000">
      <w:r>
        <w:t>☐ Not sure</w:t>
      </w:r>
    </w:p>
    <w:p w14:paraId="6EB2EC00" w14:textId="77777777" w:rsidR="00E74E8B" w:rsidRDefault="00E74E8B"/>
    <w:p w14:paraId="6114A02D" w14:textId="77777777" w:rsidR="00E74E8B" w:rsidRDefault="00000000">
      <w:pPr>
        <w:pStyle w:val="SectionHeading"/>
      </w:pPr>
      <w:r>
        <w:t>Tell us briefly what you would need the advance funding for.</w:t>
      </w:r>
    </w:p>
    <w:p w14:paraId="6F51D901" w14:textId="77777777" w:rsidR="00E74E8B" w:rsidRDefault="00000000">
      <w:r>
        <w:t>For example: equipment purchases, registration, facility rental or another cost that needs to be paid before the activity can happen.</w:t>
      </w:r>
    </w:p>
    <w:p w14:paraId="31FEE277" w14:textId="77777777" w:rsidR="00E74E8B" w:rsidRDefault="00E74E8B"/>
    <w:p w14:paraId="1A42C6AD" w14:textId="77777777" w:rsidR="00E74E8B" w:rsidRDefault="00000000">
      <w:pPr>
        <w:pStyle w:val="SectionHeading"/>
      </w:pPr>
      <w:r>
        <w:t>Section 6 — Agreement &amp; Submit</w:t>
      </w:r>
    </w:p>
    <w:p w14:paraId="0ECC8D5A" w14:textId="77777777" w:rsidR="00E74E8B" w:rsidRDefault="00E74E8B"/>
    <w:p w14:paraId="58577981" w14:textId="77777777" w:rsidR="00E74E8B" w:rsidRDefault="00000000">
      <w:r>
        <w:t>Before you submit your application, please confirm the following:</w:t>
      </w:r>
    </w:p>
    <w:p w14:paraId="2EDD3277" w14:textId="77777777" w:rsidR="00E74E8B" w:rsidRDefault="00000000">
      <w:r>
        <w:t>☐ The information provided in this application is accurate to the best of my knowledge.</w:t>
      </w:r>
    </w:p>
    <w:p w14:paraId="76E5C895" w14:textId="77777777" w:rsidR="00E74E8B" w:rsidRDefault="00000000">
      <w:r>
        <w:t>☐ Our organization or group will use any approved funding for the sport opportunity and eligible expenses approved by South West District.</w:t>
      </w:r>
    </w:p>
    <w:p w14:paraId="684CF5A9" w14:textId="77777777" w:rsidR="00E74E8B" w:rsidRDefault="00000000">
      <w:r>
        <w:t>☐ We will contact South West District before making significant changes to the approved activity or use of the funding.</w:t>
      </w:r>
    </w:p>
    <w:p w14:paraId="6B794635" w14:textId="77777777" w:rsidR="00E74E8B" w:rsidRDefault="00000000">
      <w:r>
        <w:t>☐ We will maintain appropriate insurance for participants and activities.</w:t>
      </w:r>
    </w:p>
    <w:p w14:paraId="26875C16" w14:textId="77777777" w:rsidR="00E74E8B" w:rsidRDefault="00000000">
      <w:r>
        <w:t>☐ We will acknowledge Sask Lotteries as the funder and South West District as the organization delivering the initiative in applicable communications and promotions, using the recognition information provided by South West District.</w:t>
      </w:r>
    </w:p>
    <w:p w14:paraId="31E48325" w14:textId="77777777" w:rsidR="00E74E8B" w:rsidRDefault="00000000">
      <w:r>
        <w:t>☐ We will complete a short follow-up report and provide the required financial documentation within 60 days of completing the funded activity.</w:t>
      </w:r>
    </w:p>
    <w:p w14:paraId="26880367" w14:textId="77777777" w:rsidR="00E74E8B" w:rsidRDefault="00000000">
      <w:r>
        <w:t>☐ We understand that submitting an application does not guarantee funding.</w:t>
      </w:r>
    </w:p>
    <w:p w14:paraId="4AF73B8B" w14:textId="77777777" w:rsidR="00E74E8B" w:rsidRDefault="00E74E8B"/>
    <w:p w14:paraId="09B41506" w14:textId="77777777" w:rsidR="00E74E8B" w:rsidRDefault="00000000">
      <w:pPr>
        <w:pStyle w:val="SectionHeading"/>
      </w:pPr>
      <w:r>
        <w:t>What is the name of the person submitting this application?</w:t>
      </w:r>
    </w:p>
    <w:p w14:paraId="5C972C45" w14:textId="77777777" w:rsidR="00E74E8B" w:rsidRDefault="00000000">
      <w:r>
        <w:t>First name / Last name</w:t>
      </w:r>
    </w:p>
    <w:p w14:paraId="2E8A2989" w14:textId="77777777" w:rsidR="00E74E8B" w:rsidRDefault="00E74E8B"/>
    <w:p w14:paraId="056837C7" w14:textId="77777777" w:rsidR="00E74E8B" w:rsidRDefault="00000000">
      <w:pPr>
        <w:pStyle w:val="SectionHeading"/>
      </w:pPr>
      <w:r>
        <w:t>What is the position/role of person submitting this application?</w:t>
      </w:r>
    </w:p>
    <w:p w14:paraId="0A3079F4" w14:textId="77777777" w:rsidR="00E74E8B" w:rsidRDefault="00E74E8B"/>
    <w:p w14:paraId="00C34303" w14:textId="77777777" w:rsidR="00E74E8B" w:rsidRDefault="00000000">
      <w:pPr>
        <w:pStyle w:val="SectionHeading"/>
      </w:pPr>
      <w:r>
        <w:t>What date is this application being submitted?</w:t>
      </w:r>
    </w:p>
    <w:p w14:paraId="5DEE747F" w14:textId="77777777" w:rsidR="00E74E8B" w:rsidRDefault="00E74E8B"/>
    <w:p w14:paraId="1FF82500" w14:textId="77777777" w:rsidR="00E74E8B" w:rsidRDefault="00000000">
      <w:pPr>
        <w:pStyle w:val="SectionHeading"/>
      </w:pPr>
      <w:r>
        <w:t>I confirm that I am authorized to submit this application on behalf of the organization or group.</w:t>
      </w:r>
    </w:p>
    <w:p w14:paraId="0DB02F6B" w14:textId="77777777" w:rsidR="00E74E8B" w:rsidRDefault="00000000">
      <w:r>
        <w:t>☐ Yes, I am authorized.</w:t>
      </w:r>
    </w:p>
    <w:p w14:paraId="3B17DB1C" w14:textId="77777777" w:rsidR="00E74E8B" w:rsidRDefault="00000000">
      <w:r>
        <w:t>☐ No, I am not authorized.</w:t>
      </w:r>
    </w:p>
    <w:p w14:paraId="1D3DA6B4" w14:textId="77777777" w:rsidR="00E74E8B" w:rsidRDefault="00E74E8B"/>
    <w:p w14:paraId="6130FF96" w14:textId="77777777" w:rsidR="00E74E8B" w:rsidRDefault="00000000">
      <w:r>
        <w:t>A copy of your application will be emailed to you, at the email address provided above.</w:t>
      </w:r>
    </w:p>
    <w:p w14:paraId="2FCA002D" w14:textId="77777777" w:rsidR="00E74E8B" w:rsidRDefault="00E74E8B"/>
    <w:p w14:paraId="73757A4A" w14:textId="77777777" w:rsidR="00E74E8B" w:rsidRDefault="00000000">
      <w:r>
        <w:br w:type="page"/>
      </w:r>
    </w:p>
    <w:p w14:paraId="7CE14EB5" w14:textId="77777777" w:rsidR="00E74E8B" w:rsidRDefault="00000000">
      <w:pPr>
        <w:pStyle w:val="MainHeading"/>
      </w:pPr>
      <w:r>
        <w:lastRenderedPageBreak/>
        <w:t>PART 2 — FOLLOW-UP</w:t>
      </w:r>
    </w:p>
    <w:p w14:paraId="6A957042" w14:textId="77777777" w:rsidR="00E74E8B" w:rsidRDefault="00E74E8B"/>
    <w:p w14:paraId="02009395" w14:textId="77777777" w:rsidR="00E74E8B" w:rsidRDefault="00000000">
      <w:pPr>
        <w:pStyle w:val="MainHeading"/>
      </w:pPr>
      <w:r>
        <w:t>Indigenous Community Sport Development Grant Follow-Up</w:t>
      </w:r>
    </w:p>
    <w:p w14:paraId="6B2A7B6A" w14:textId="77777777" w:rsidR="00E74E8B" w:rsidRDefault="00E74E8B"/>
    <w:p w14:paraId="57CD8BDE" w14:textId="77777777" w:rsidR="00E74E8B" w:rsidRDefault="00000000">
      <w:r>
        <w:t>Thank you for being part of the South West District Indigenous Youth Sport Initiative.</w:t>
      </w:r>
    </w:p>
    <w:p w14:paraId="037BA5E2" w14:textId="77777777" w:rsidR="00E74E8B" w:rsidRDefault="00E74E8B"/>
    <w:p w14:paraId="39978799" w14:textId="77777777" w:rsidR="00E74E8B" w:rsidRDefault="00000000">
      <w:r>
        <w:t>This short follow-up helps us understand what happened, what difference the funding made for Indigenous youth athletes, and how the funding was used.</w:t>
      </w:r>
    </w:p>
    <w:p w14:paraId="0539D0C7" w14:textId="77777777" w:rsidR="00E74E8B" w:rsidRDefault="00E74E8B"/>
    <w:p w14:paraId="160B0DC1" w14:textId="77777777" w:rsidR="00E74E8B" w:rsidRDefault="00000000">
      <w:r>
        <w:t>You will need the following information to complete this form:</w:t>
      </w:r>
    </w:p>
    <w:p w14:paraId="411B6614" w14:textId="77777777" w:rsidR="00E74E8B" w:rsidRDefault="00000000">
      <w:r>
        <w:t>• details about the opportunity, including dates and locations;</w:t>
      </w:r>
    </w:p>
    <w:p w14:paraId="5327D33F" w14:textId="77777777" w:rsidR="00E74E8B" w:rsidRDefault="00000000">
      <w:r>
        <w:t>• details about participants, including total numbers and ages;</w:t>
      </w:r>
    </w:p>
    <w:p w14:paraId="39E00AC1" w14:textId="77777777" w:rsidR="00E74E8B" w:rsidRDefault="00000000">
      <w:r>
        <w:t>• details about what happened, including any changes;</w:t>
      </w:r>
    </w:p>
    <w:p w14:paraId="6309530C" w14:textId="77777777" w:rsidR="00E74E8B" w:rsidRDefault="00000000">
      <w:r>
        <w:t>• details about how the funding was used, including actual costs;</w:t>
      </w:r>
    </w:p>
    <w:p w14:paraId="77C3D164" w14:textId="77777777" w:rsidR="00E74E8B" w:rsidRDefault="00000000">
      <w:r>
        <w:t>• copies of receipts/invoices;</w:t>
      </w:r>
    </w:p>
    <w:p w14:paraId="2E44E7F5" w14:textId="77777777" w:rsidR="00E74E8B" w:rsidRDefault="00000000">
      <w:r>
        <w:t>• a budget report (optional);</w:t>
      </w:r>
    </w:p>
    <w:p w14:paraId="24837AF2" w14:textId="77777777" w:rsidR="00E74E8B" w:rsidRDefault="00000000">
      <w:r>
        <w:t>• details about how you recognized funding support;</w:t>
      </w:r>
    </w:p>
    <w:p w14:paraId="631060B1" w14:textId="77777777" w:rsidR="00E74E8B" w:rsidRDefault="00000000">
      <w:r>
        <w:t>• photos (optional).</w:t>
      </w:r>
    </w:p>
    <w:p w14:paraId="065A4AC9" w14:textId="77777777" w:rsidR="00E74E8B" w:rsidRDefault="00E74E8B"/>
    <w:p w14:paraId="50F3A463" w14:textId="77777777" w:rsidR="00E74E8B" w:rsidRDefault="00000000">
      <w:r>
        <w:t>Please have this information ready prior to starting the follow-up submission.</w:t>
      </w:r>
    </w:p>
    <w:p w14:paraId="2DF6399D" w14:textId="77777777" w:rsidR="00E74E8B" w:rsidRDefault="00E74E8B"/>
    <w:p w14:paraId="5A0D1918" w14:textId="77777777" w:rsidR="00E74E8B" w:rsidRDefault="00000000">
      <w:r>
        <w:t>Please complete this form within 60 days of completing your funded activity. You will also be asked to upload financial documentation for the expenses supported by the grant.</w:t>
      </w:r>
    </w:p>
    <w:p w14:paraId="43889E7C" w14:textId="77777777" w:rsidR="00E74E8B" w:rsidRDefault="00E74E8B"/>
    <w:p w14:paraId="6B34E30C" w14:textId="77777777" w:rsidR="00E74E8B" w:rsidRDefault="00000000">
      <w:r>
        <w:t>The 60-day requirement and financial documentation are required by the ICSDG guidelines.</w:t>
      </w:r>
    </w:p>
    <w:p w14:paraId="66F721B1" w14:textId="77777777" w:rsidR="00E74E8B" w:rsidRDefault="00E74E8B"/>
    <w:p w14:paraId="31D47784" w14:textId="77777777" w:rsidR="00E74E8B" w:rsidRDefault="00000000">
      <w:pPr>
        <w:pStyle w:val="SectionHeading"/>
      </w:pPr>
      <w:r>
        <w:t>Section 1 — About Your Funded Opportunity</w:t>
      </w:r>
    </w:p>
    <w:p w14:paraId="3EF9D23A" w14:textId="77777777" w:rsidR="00E74E8B" w:rsidRDefault="00E74E8B"/>
    <w:p w14:paraId="1102DBA8" w14:textId="77777777" w:rsidR="00E74E8B" w:rsidRDefault="00000000">
      <w:pPr>
        <w:pStyle w:val="SectionHeading"/>
      </w:pPr>
      <w:r>
        <w:t>What is your organization or group name?</w:t>
      </w:r>
    </w:p>
    <w:p w14:paraId="35B174AE" w14:textId="77777777" w:rsidR="00E74E8B" w:rsidRDefault="00E74E8B"/>
    <w:p w14:paraId="73D5F6F9" w14:textId="77777777" w:rsidR="00E74E8B" w:rsidRDefault="00000000">
      <w:pPr>
        <w:pStyle w:val="SectionHeading"/>
      </w:pPr>
      <w:r>
        <w:t>Who is the primary contact for this follow-up?</w:t>
      </w:r>
    </w:p>
    <w:p w14:paraId="72709E66" w14:textId="77777777" w:rsidR="00E74E8B" w:rsidRDefault="00000000">
      <w:r>
        <w:t>First name / Last name</w:t>
      </w:r>
    </w:p>
    <w:p w14:paraId="65799747" w14:textId="77777777" w:rsidR="00E74E8B" w:rsidRDefault="00E74E8B"/>
    <w:p w14:paraId="04AD721D" w14:textId="77777777" w:rsidR="00E74E8B" w:rsidRDefault="00000000">
      <w:pPr>
        <w:pStyle w:val="SectionHeading"/>
      </w:pPr>
      <w:r>
        <w:t>What is the phone number of the primary contact for this follow-up?</w:t>
      </w:r>
    </w:p>
    <w:p w14:paraId="0CFF648E" w14:textId="77777777" w:rsidR="00E74E8B" w:rsidRDefault="00E74E8B"/>
    <w:p w14:paraId="3CC160E5" w14:textId="77777777" w:rsidR="00E74E8B" w:rsidRDefault="00000000">
      <w:pPr>
        <w:pStyle w:val="SectionHeading"/>
      </w:pPr>
      <w:r>
        <w:t>What is the email address of the primary contact for this follow-up?</w:t>
      </w:r>
    </w:p>
    <w:p w14:paraId="61AF0BB4" w14:textId="77777777" w:rsidR="00E74E8B" w:rsidRDefault="00E74E8B"/>
    <w:p w14:paraId="1360E26B" w14:textId="77777777" w:rsidR="00E74E8B" w:rsidRDefault="00000000">
      <w:pPr>
        <w:pStyle w:val="SectionHeading"/>
      </w:pPr>
      <w:r>
        <w:t>What is your sport?</w:t>
      </w:r>
    </w:p>
    <w:p w14:paraId="06DAD72D" w14:textId="77777777" w:rsidR="00E74E8B" w:rsidRDefault="00E74E8B"/>
    <w:p w14:paraId="147D8496" w14:textId="77777777" w:rsidR="00E74E8B" w:rsidRDefault="00000000">
      <w:pPr>
        <w:pStyle w:val="SectionHeading"/>
      </w:pPr>
      <w:r>
        <w:t>In what community or communities did the activity take place?</w:t>
      </w:r>
    </w:p>
    <w:p w14:paraId="2E541A8D" w14:textId="77777777" w:rsidR="00E74E8B" w:rsidRDefault="00E74E8B"/>
    <w:p w14:paraId="6B8B6591" w14:textId="77777777" w:rsidR="00E74E8B" w:rsidRDefault="00000000">
      <w:pPr>
        <w:pStyle w:val="SectionHeading"/>
      </w:pPr>
      <w:r>
        <w:t>When did the funded activity take place? What was the Start Date and the End Date?</w:t>
      </w:r>
    </w:p>
    <w:p w14:paraId="5DC45D6A" w14:textId="77777777" w:rsidR="00E74E8B" w:rsidRDefault="00E74E8B"/>
    <w:p w14:paraId="5140A185" w14:textId="77777777" w:rsidR="00E74E8B" w:rsidRDefault="00000000">
      <w:pPr>
        <w:pStyle w:val="SectionHeading"/>
      </w:pPr>
      <w:r>
        <w:t>Section 2 — Who Participated?</w:t>
      </w:r>
    </w:p>
    <w:p w14:paraId="37814861" w14:textId="77777777" w:rsidR="00E74E8B" w:rsidRDefault="00E74E8B"/>
    <w:p w14:paraId="75C27BA4" w14:textId="77777777" w:rsidR="00E74E8B" w:rsidRDefault="00000000">
      <w:pPr>
        <w:pStyle w:val="SectionHeading"/>
      </w:pPr>
      <w:r>
        <w:t>How many Indigenous youth athletes participated or benefited?</w:t>
      </w:r>
    </w:p>
    <w:p w14:paraId="410E2A94" w14:textId="77777777" w:rsidR="00E74E8B" w:rsidRDefault="00000000">
      <w:r>
        <w:t>Indigenous youth athlete numbers only.</w:t>
      </w:r>
    </w:p>
    <w:p w14:paraId="57844E19" w14:textId="77777777" w:rsidR="00E74E8B" w:rsidRDefault="00E74E8B"/>
    <w:p w14:paraId="09B50939" w14:textId="77777777" w:rsidR="00E74E8B" w:rsidRDefault="00000000">
      <w:pPr>
        <w:pStyle w:val="SectionHeading"/>
      </w:pPr>
      <w:r>
        <w:t>How many youth athletes in total participated or benefited?</w:t>
      </w:r>
    </w:p>
    <w:p w14:paraId="012F9804" w14:textId="77777777" w:rsidR="00E74E8B" w:rsidRDefault="00000000">
      <w:r>
        <w:t>Include the Indigenous youth athletes counted above.</w:t>
      </w:r>
    </w:p>
    <w:p w14:paraId="19E78FCC" w14:textId="77777777" w:rsidR="00E74E8B" w:rsidRDefault="00E74E8B"/>
    <w:p w14:paraId="302BA61C" w14:textId="77777777" w:rsidR="00B10FB0" w:rsidRDefault="00B10FB0">
      <w:pPr>
        <w:spacing w:after="200" w:line="276" w:lineRule="auto"/>
        <w:rPr>
          <w:b/>
        </w:rPr>
      </w:pPr>
      <w:r>
        <w:br w:type="page"/>
      </w:r>
    </w:p>
    <w:p w14:paraId="63843D61" w14:textId="77CDE087" w:rsidR="00E74E8B" w:rsidRDefault="00000000">
      <w:pPr>
        <w:pStyle w:val="SectionHeading"/>
      </w:pPr>
      <w:r>
        <w:lastRenderedPageBreak/>
        <w:t>What ages participated? Check all that apply.</w:t>
      </w:r>
    </w:p>
    <w:p w14:paraId="6333A763" w14:textId="77777777" w:rsidR="00E74E8B" w:rsidRDefault="00000000">
      <w:r>
        <w:t>☐ 5–8</w:t>
      </w:r>
    </w:p>
    <w:p w14:paraId="4FA96DC3" w14:textId="77777777" w:rsidR="00E74E8B" w:rsidRDefault="00000000">
      <w:r>
        <w:t>☐ 9–12</w:t>
      </w:r>
    </w:p>
    <w:p w14:paraId="31E4A1CA" w14:textId="77777777" w:rsidR="00E74E8B" w:rsidRDefault="00000000">
      <w:r>
        <w:t>☐ 13–15</w:t>
      </w:r>
    </w:p>
    <w:p w14:paraId="2B1F94F5" w14:textId="77777777" w:rsidR="00E74E8B" w:rsidRDefault="00000000">
      <w:r>
        <w:t>☐ 16–18</w:t>
      </w:r>
    </w:p>
    <w:p w14:paraId="75A234EC" w14:textId="77777777" w:rsidR="00E74E8B" w:rsidRDefault="00E74E8B"/>
    <w:p w14:paraId="6AD52B3B" w14:textId="77777777" w:rsidR="00E74E8B" w:rsidRDefault="00000000">
      <w:pPr>
        <w:pStyle w:val="SectionHeading"/>
      </w:pPr>
      <w:r>
        <w:t>Section 3 — What Happened?</w:t>
      </w:r>
    </w:p>
    <w:p w14:paraId="0EE86D0C" w14:textId="77777777" w:rsidR="00E74E8B" w:rsidRDefault="00E74E8B"/>
    <w:p w14:paraId="05AC2D85" w14:textId="77777777" w:rsidR="00E74E8B" w:rsidRDefault="00000000">
      <w:pPr>
        <w:pStyle w:val="SectionHeading"/>
      </w:pPr>
      <w:r>
        <w:t>What did you do with the funding?</w:t>
      </w:r>
    </w:p>
    <w:p w14:paraId="395AF7B9" w14:textId="77777777" w:rsidR="00E74E8B" w:rsidRDefault="00000000">
      <w:r>
        <w:t>Tell us briefly what happened.</w:t>
      </w:r>
    </w:p>
    <w:p w14:paraId="71DE34B8" w14:textId="77777777" w:rsidR="00E74E8B" w:rsidRDefault="00E74E8B"/>
    <w:p w14:paraId="74995FBE" w14:textId="77777777" w:rsidR="00E74E8B" w:rsidRDefault="00000000">
      <w:pPr>
        <w:pStyle w:val="SectionHeading"/>
      </w:pPr>
      <w:r>
        <w:t>When you applied, we asked what you hoped would be different for Indigenous youth athletes as a result of this funding. What actually happened?</w:t>
      </w:r>
    </w:p>
    <w:p w14:paraId="3AFAE141" w14:textId="77777777" w:rsidR="00E74E8B" w:rsidRDefault="00000000">
      <w:r>
        <w:t>For example: Did more youth participate? Were existing athletes able to continue? Did athletes have better access to equipment, instruction, development or competition opportunities? Did something else happen?</w:t>
      </w:r>
    </w:p>
    <w:p w14:paraId="45A03D60" w14:textId="77777777" w:rsidR="00E74E8B" w:rsidRDefault="00E74E8B"/>
    <w:p w14:paraId="2F5F5FA5" w14:textId="77777777" w:rsidR="00E74E8B" w:rsidRDefault="00000000">
      <w:pPr>
        <w:pStyle w:val="SectionHeading"/>
      </w:pPr>
      <w:r>
        <w:t>Did anything happen differently than you expected?</w:t>
      </w:r>
    </w:p>
    <w:p w14:paraId="78E519A0" w14:textId="77777777" w:rsidR="00E74E8B" w:rsidRDefault="00000000">
      <w:r>
        <w:t>☐ Yes</w:t>
      </w:r>
    </w:p>
    <w:p w14:paraId="0815036B" w14:textId="77777777" w:rsidR="00E74E8B" w:rsidRDefault="00000000">
      <w:r>
        <w:t>☐ No</w:t>
      </w:r>
    </w:p>
    <w:p w14:paraId="2930CFC1" w14:textId="77777777" w:rsidR="00E74E8B" w:rsidRDefault="00E74E8B"/>
    <w:p w14:paraId="509ED536" w14:textId="77777777" w:rsidR="00E74E8B" w:rsidRDefault="00000000">
      <w:pPr>
        <w:pStyle w:val="SectionHeading"/>
      </w:pPr>
      <w:r>
        <w:t>If Yes: Tell us what changed.</w:t>
      </w:r>
    </w:p>
    <w:p w14:paraId="786657FF" w14:textId="77777777" w:rsidR="00E74E8B" w:rsidRDefault="00E74E8B"/>
    <w:p w14:paraId="094ADA9C" w14:textId="77777777" w:rsidR="00E74E8B" w:rsidRDefault="00000000">
      <w:pPr>
        <w:pStyle w:val="SectionHeading"/>
      </w:pPr>
      <w:r>
        <w:t>Section 4 — How Was the Funding Used?</w:t>
      </w:r>
    </w:p>
    <w:p w14:paraId="17B147A6" w14:textId="77777777" w:rsidR="00E74E8B" w:rsidRDefault="00E74E8B"/>
    <w:p w14:paraId="07166EE5" w14:textId="77777777" w:rsidR="00E74E8B" w:rsidRDefault="00000000">
      <w:pPr>
        <w:pStyle w:val="SectionHeading"/>
      </w:pPr>
      <w:r>
        <w:t>How much funding was approved for your activity?</w:t>
      </w:r>
    </w:p>
    <w:p w14:paraId="02A8F487" w14:textId="77777777" w:rsidR="00E74E8B" w:rsidRDefault="00E74E8B"/>
    <w:p w14:paraId="26B98E66" w14:textId="77777777" w:rsidR="00E74E8B" w:rsidRDefault="00000000">
      <w:pPr>
        <w:pStyle w:val="SectionHeading"/>
      </w:pPr>
      <w:r>
        <w:t>Tell us what the funding paid for.</w:t>
      </w:r>
    </w:p>
    <w:p w14:paraId="3798B11B" w14:textId="77777777" w:rsidR="00E74E8B" w:rsidRDefault="00000000">
      <w:r>
        <w:t>What did the funding pay for? What were the actual costs?</w:t>
      </w:r>
    </w:p>
    <w:p w14:paraId="77CF1F50" w14:textId="77777777" w:rsidR="00E74E8B" w:rsidRDefault="00E74E8B"/>
    <w:p w14:paraId="5FF13D57" w14:textId="77777777" w:rsidR="00E74E8B" w:rsidRDefault="00000000">
      <w:pPr>
        <w:pStyle w:val="SectionHeading"/>
      </w:pPr>
      <w:r>
        <w:t>Did you spend all of the approved funding?</w:t>
      </w:r>
    </w:p>
    <w:p w14:paraId="44CB276B" w14:textId="77777777" w:rsidR="00E74E8B" w:rsidRDefault="00000000">
      <w:r>
        <w:t>☐ Yes</w:t>
      </w:r>
    </w:p>
    <w:p w14:paraId="40B41487" w14:textId="77777777" w:rsidR="00E74E8B" w:rsidRDefault="00000000">
      <w:r>
        <w:t>☐ No</w:t>
      </w:r>
    </w:p>
    <w:p w14:paraId="57846505" w14:textId="77777777" w:rsidR="00E74E8B" w:rsidRDefault="00E74E8B"/>
    <w:p w14:paraId="0D2452D3" w14:textId="77777777" w:rsidR="00E74E8B" w:rsidRDefault="00000000">
      <w:pPr>
        <w:pStyle w:val="SectionHeading"/>
      </w:pPr>
      <w:r>
        <w:t>How much was not used?</w:t>
      </w:r>
    </w:p>
    <w:p w14:paraId="458A329B" w14:textId="77777777" w:rsidR="00E74E8B" w:rsidRDefault="00E74E8B"/>
    <w:p w14:paraId="61C448DC" w14:textId="77777777" w:rsidR="00E74E8B" w:rsidRDefault="00000000">
      <w:pPr>
        <w:pStyle w:val="SectionHeading"/>
      </w:pPr>
      <w:r>
        <w:t>Tell us briefly why some of the funding was not used.</w:t>
      </w:r>
    </w:p>
    <w:p w14:paraId="422C16FC" w14:textId="77777777" w:rsidR="00E74E8B" w:rsidRDefault="00E74E8B"/>
    <w:p w14:paraId="307A8D13" w14:textId="77777777" w:rsidR="00E74E8B" w:rsidRDefault="00000000">
      <w:r>
        <w:t>Please upload documents showing how the funding was spent.</w:t>
      </w:r>
    </w:p>
    <w:p w14:paraId="6882EF56" w14:textId="77777777" w:rsidR="00E74E8B" w:rsidRDefault="00000000">
      <w:r>
        <w:t>Receipts or paid invoices are usually the easiest option.</w:t>
      </w:r>
    </w:p>
    <w:p w14:paraId="0224A37E" w14:textId="77777777" w:rsidR="00E74E8B" w:rsidRDefault="00E74E8B"/>
    <w:p w14:paraId="52A0C5CE" w14:textId="77777777" w:rsidR="00E74E8B" w:rsidRDefault="00000000">
      <w:r>
        <w:t>Don't have receipts or paid invoices?</w:t>
      </w:r>
    </w:p>
    <w:p w14:paraId="7CD1500B" w14:textId="77777777" w:rsidR="00E74E8B" w:rsidRDefault="00000000">
      <w:r>
        <w:t>Contact South West District. Other financial documentation may be accepted, and we'll help you determine what is needed.</w:t>
      </w:r>
    </w:p>
    <w:p w14:paraId="04F8AF89" w14:textId="77777777" w:rsidR="00E74E8B" w:rsidRDefault="00E74E8B"/>
    <w:p w14:paraId="5372BFDC" w14:textId="77777777" w:rsidR="00E74E8B" w:rsidRDefault="00000000">
      <w:r>
        <w:t>Your documents need to show:</w:t>
      </w:r>
    </w:p>
    <w:p w14:paraId="74373163" w14:textId="77777777" w:rsidR="00E74E8B" w:rsidRDefault="00000000">
      <w:r>
        <w:t>• who was paid;</w:t>
      </w:r>
    </w:p>
    <w:p w14:paraId="046E9456" w14:textId="77777777" w:rsidR="00E74E8B" w:rsidRDefault="00000000">
      <w:r>
        <w:t>• what was purchased or paid for;</w:t>
      </w:r>
    </w:p>
    <w:p w14:paraId="213D53FA" w14:textId="77777777" w:rsidR="00E74E8B" w:rsidRDefault="00000000">
      <w:r>
        <w:t>• how much was paid; and</w:t>
      </w:r>
    </w:p>
    <w:p w14:paraId="48CB6228" w14:textId="77777777" w:rsidR="00E74E8B" w:rsidRDefault="00000000">
      <w:r>
        <w:t>• the date of the purchase or payment.</w:t>
      </w:r>
    </w:p>
    <w:p w14:paraId="3D81652F" w14:textId="77777777" w:rsidR="00E74E8B" w:rsidRDefault="00E74E8B"/>
    <w:p w14:paraId="28138EF2" w14:textId="77777777" w:rsidR="00E74E8B" w:rsidRDefault="00000000">
      <w:r>
        <w:t>Please make sure the documents are clear enough for us to read.</w:t>
      </w:r>
    </w:p>
    <w:p w14:paraId="115FAFB6" w14:textId="77777777" w:rsidR="00E74E8B" w:rsidRDefault="00E74E8B"/>
    <w:p w14:paraId="1EE48BC5" w14:textId="77777777" w:rsidR="00E74E8B" w:rsidRDefault="00000000">
      <w:r>
        <w:lastRenderedPageBreak/>
        <w:t>Keep your original financial records for your own files. Copies are fine for this follow-up.</w:t>
      </w:r>
    </w:p>
    <w:p w14:paraId="40D2D650" w14:textId="77777777" w:rsidR="00E74E8B" w:rsidRDefault="00E74E8B"/>
    <w:p w14:paraId="73749B6B" w14:textId="77777777" w:rsidR="00E74E8B" w:rsidRDefault="00000000">
      <w:pPr>
        <w:pStyle w:val="SectionHeading"/>
      </w:pPr>
      <w:r>
        <w:t>Upload your financial documentation.</w:t>
      </w:r>
    </w:p>
    <w:p w14:paraId="5B7B4856" w14:textId="77777777" w:rsidR="00E74E8B" w:rsidRDefault="00000000">
      <w:r>
        <w:t>Upload field (currently optional during form setup).</w:t>
      </w:r>
    </w:p>
    <w:p w14:paraId="2392FDCF" w14:textId="77777777" w:rsidR="00E74E8B" w:rsidRDefault="00E74E8B"/>
    <w:p w14:paraId="591FBD9F" w14:textId="77777777" w:rsidR="00E74E8B" w:rsidRDefault="00000000">
      <w:pPr>
        <w:pStyle w:val="SectionHeading"/>
      </w:pPr>
      <w:r>
        <w:t>Section 5 — Funding Recognition &amp; Supporting Materials</w:t>
      </w:r>
    </w:p>
    <w:p w14:paraId="31BA6B48" w14:textId="77777777" w:rsidR="00E74E8B" w:rsidRDefault="00E74E8B"/>
    <w:p w14:paraId="57B27FEC" w14:textId="77777777" w:rsidR="00E74E8B" w:rsidRDefault="00000000">
      <w:pPr>
        <w:pStyle w:val="SectionHeading"/>
      </w:pPr>
      <w:r>
        <w:t>How did you acknowledge Sask Lotteries as the funder and South West District as the organization delivering the initiative?</w:t>
      </w:r>
    </w:p>
    <w:p w14:paraId="75E2679C" w14:textId="77777777" w:rsidR="00E74E8B" w:rsidRDefault="00000000">
      <w:r>
        <w:t>☐ Social media</w:t>
      </w:r>
    </w:p>
    <w:p w14:paraId="09ADB493" w14:textId="77777777" w:rsidR="00E74E8B" w:rsidRDefault="00000000">
      <w:r>
        <w:t>☐ Website</w:t>
      </w:r>
    </w:p>
    <w:p w14:paraId="67F52A44" w14:textId="77777777" w:rsidR="00E74E8B" w:rsidRDefault="00000000">
      <w:r>
        <w:t>☐ Newsletter or email</w:t>
      </w:r>
    </w:p>
    <w:p w14:paraId="43635BC1" w14:textId="77777777" w:rsidR="00E74E8B" w:rsidRDefault="00000000">
      <w:r>
        <w:t>☐ Poster, program or other printed material</w:t>
      </w:r>
    </w:p>
    <w:p w14:paraId="55C3C7EA" w14:textId="77777777" w:rsidR="00E74E8B" w:rsidRDefault="00000000">
      <w:r>
        <w:t>☐ Signage or display</w:t>
      </w:r>
    </w:p>
    <w:p w14:paraId="52D93CD0" w14:textId="77777777" w:rsidR="00E74E8B" w:rsidRDefault="00000000">
      <w:r>
        <w:t>☐ Verbal recognition at the activity or event</w:t>
      </w:r>
    </w:p>
    <w:p w14:paraId="72FEEB79" w14:textId="77777777" w:rsidR="00E74E8B" w:rsidRDefault="00000000">
      <w:r>
        <w:t>☐ There were no applicable communications or promotions</w:t>
      </w:r>
    </w:p>
    <w:p w14:paraId="389C8116" w14:textId="77777777" w:rsidR="00E74E8B" w:rsidRDefault="00000000">
      <w:r>
        <w:t>☐ Other</w:t>
      </w:r>
    </w:p>
    <w:p w14:paraId="6710F3D8" w14:textId="77777777" w:rsidR="00E74E8B" w:rsidRDefault="00E74E8B"/>
    <w:p w14:paraId="106790EB" w14:textId="77777777" w:rsidR="00E74E8B" w:rsidRDefault="00000000">
      <w:pPr>
        <w:pStyle w:val="SectionHeading"/>
      </w:pPr>
      <w:r>
        <w:t>If you have an example of the funding recognition, please upload it here.</w:t>
      </w:r>
    </w:p>
    <w:p w14:paraId="702F4CFA" w14:textId="77777777" w:rsidR="00E74E8B" w:rsidRDefault="00000000">
      <w:r>
        <w:t>For example: a screenshot of a social media post, newsletter, poster, program, website or other communication.</w:t>
      </w:r>
    </w:p>
    <w:p w14:paraId="61A90935" w14:textId="77777777" w:rsidR="00E74E8B" w:rsidRDefault="00E74E8B"/>
    <w:p w14:paraId="2CD30FCB" w14:textId="77777777" w:rsidR="00E74E8B" w:rsidRDefault="00000000">
      <w:pPr>
        <w:pStyle w:val="SectionHeading"/>
      </w:pPr>
      <w:r>
        <w:t>Do you have any photos you'd like to share from the funded activity?</w:t>
      </w:r>
    </w:p>
    <w:p w14:paraId="3811BAE9" w14:textId="77777777" w:rsidR="00E74E8B" w:rsidRDefault="00000000">
      <w:r>
        <w:t>☐ Yes</w:t>
      </w:r>
    </w:p>
    <w:p w14:paraId="1B3C4028" w14:textId="77777777" w:rsidR="00E74E8B" w:rsidRDefault="00000000">
      <w:r>
        <w:t>☐ No</w:t>
      </w:r>
    </w:p>
    <w:p w14:paraId="71760B41" w14:textId="77777777" w:rsidR="00E74E8B" w:rsidRDefault="00E74E8B"/>
    <w:p w14:paraId="589ABCD0" w14:textId="77777777" w:rsidR="00E74E8B" w:rsidRDefault="00000000">
      <w:pPr>
        <w:pStyle w:val="SectionHeading"/>
      </w:pPr>
      <w:r>
        <w:t>If Yes: Upload photos.</w:t>
      </w:r>
    </w:p>
    <w:p w14:paraId="434A6FAC" w14:textId="77777777" w:rsidR="00E74E8B" w:rsidRDefault="00000000">
      <w:r>
        <w:t>You're welcome to share photos of your funded activity to help us understand what took place. Photos are optional and will not be used publicly by South West District without appropriate consent.</w:t>
      </w:r>
    </w:p>
    <w:p w14:paraId="19AAF9D8" w14:textId="77777777" w:rsidR="00E74E8B" w:rsidRDefault="00E74E8B"/>
    <w:p w14:paraId="4F3F9D92" w14:textId="77777777" w:rsidR="00E74E8B" w:rsidRDefault="00000000">
      <w:pPr>
        <w:pStyle w:val="SectionHeading"/>
      </w:pPr>
      <w:r>
        <w:t>Is there anything you'd like to tell us about the photos or activity?</w:t>
      </w:r>
    </w:p>
    <w:p w14:paraId="568CDC87" w14:textId="77777777" w:rsidR="00E74E8B" w:rsidRDefault="00000000">
      <w:r>
        <w:t>You can also let us know here if there are any restrictions on how the photos may be used.</w:t>
      </w:r>
    </w:p>
    <w:p w14:paraId="74F515DC" w14:textId="77777777" w:rsidR="00E74E8B" w:rsidRDefault="00E74E8B"/>
    <w:p w14:paraId="79548B8F" w14:textId="77777777" w:rsidR="00E74E8B" w:rsidRDefault="00000000">
      <w:pPr>
        <w:pStyle w:val="SectionHeading"/>
      </w:pPr>
      <w:r>
        <w:t>Section 6 — Confirm &amp; Submit</w:t>
      </w:r>
    </w:p>
    <w:p w14:paraId="3B7AE9DB" w14:textId="77777777" w:rsidR="00E74E8B" w:rsidRDefault="00E74E8B"/>
    <w:p w14:paraId="756A489A" w14:textId="77777777" w:rsidR="00E74E8B" w:rsidRDefault="00000000">
      <w:r>
        <w:t>Before you submit your follow-up, please confirm the following:</w:t>
      </w:r>
    </w:p>
    <w:p w14:paraId="0970382E" w14:textId="77777777" w:rsidR="00E74E8B" w:rsidRDefault="00000000">
      <w:r>
        <w:t>☐ The information provided in this follow-up is accurate to the best of my knowledge.</w:t>
      </w:r>
    </w:p>
    <w:p w14:paraId="3127F67B" w14:textId="77777777" w:rsidR="00E74E8B" w:rsidRDefault="00000000">
      <w:r>
        <w:t>☐ The funding was used for the approved sport opportunity and eligible expenses, except for any changes that have been identified in this follow-up or previously discussed with South West District.</w:t>
      </w:r>
    </w:p>
    <w:p w14:paraId="6527A83E" w14:textId="77777777" w:rsidR="00E74E8B" w:rsidRDefault="00000000">
      <w:r>
        <w:t>☐ The financial documentation provided is accurate and relates to the funded activity.</w:t>
      </w:r>
    </w:p>
    <w:p w14:paraId="3D6E5161" w14:textId="77777777" w:rsidR="00E74E8B" w:rsidRDefault="00000000">
      <w:r>
        <w:t>☐ Our organization or group has kept the original financial records associated with this funding.</w:t>
      </w:r>
    </w:p>
    <w:p w14:paraId="4C34BD92" w14:textId="77777777" w:rsidR="00E74E8B" w:rsidRDefault="00E74E8B"/>
    <w:p w14:paraId="1E5960E2" w14:textId="77777777" w:rsidR="00E74E8B" w:rsidRDefault="00000000">
      <w:pPr>
        <w:pStyle w:val="SectionHeading"/>
      </w:pPr>
      <w:r>
        <w:t>What is the name of the person submitting this follow-up?</w:t>
      </w:r>
    </w:p>
    <w:p w14:paraId="65E68595" w14:textId="77777777" w:rsidR="00E74E8B" w:rsidRDefault="00000000">
      <w:r>
        <w:t>First name / Last name</w:t>
      </w:r>
    </w:p>
    <w:p w14:paraId="579F89E8" w14:textId="77777777" w:rsidR="00E74E8B" w:rsidRDefault="00E74E8B"/>
    <w:p w14:paraId="1E7A6EE3" w14:textId="77777777" w:rsidR="00E74E8B" w:rsidRDefault="00000000">
      <w:pPr>
        <w:pStyle w:val="SectionHeading"/>
      </w:pPr>
      <w:r>
        <w:t>What is the position/role of person submitting this follow-up?</w:t>
      </w:r>
    </w:p>
    <w:p w14:paraId="59FCB9A1" w14:textId="77777777" w:rsidR="00E74E8B" w:rsidRDefault="00E74E8B"/>
    <w:p w14:paraId="4F6A340C" w14:textId="77777777" w:rsidR="00E74E8B" w:rsidRDefault="00000000">
      <w:pPr>
        <w:pStyle w:val="SectionHeading"/>
      </w:pPr>
      <w:r>
        <w:t>What date is this follow-up being submitted?</w:t>
      </w:r>
    </w:p>
    <w:p w14:paraId="385B930A" w14:textId="77777777" w:rsidR="00E74E8B" w:rsidRDefault="00E74E8B"/>
    <w:p w14:paraId="2C24C8F1" w14:textId="77777777" w:rsidR="00E74E8B" w:rsidRDefault="00000000">
      <w:pPr>
        <w:pStyle w:val="SectionHeading"/>
      </w:pPr>
      <w:r>
        <w:t>I confirm that I am authorized to submit this follow-up on behalf of the organization or group.</w:t>
      </w:r>
    </w:p>
    <w:p w14:paraId="1A3D8505" w14:textId="77777777" w:rsidR="00E74E8B" w:rsidRDefault="00000000">
      <w:r>
        <w:t>☐ Yes, I am authorized.</w:t>
      </w:r>
    </w:p>
    <w:p w14:paraId="4524BE86" w14:textId="77777777" w:rsidR="00E74E8B" w:rsidRDefault="00000000">
      <w:r>
        <w:t>☐ No, I am not authorized.</w:t>
      </w:r>
    </w:p>
    <w:p w14:paraId="2DADECE1" w14:textId="77777777" w:rsidR="00E74E8B" w:rsidRDefault="00E74E8B"/>
    <w:sectPr w:rsidR="00E74E8B" w:rsidSect="009C7652">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D40E9" w14:textId="77777777" w:rsidR="00463DFB" w:rsidRDefault="00463DFB" w:rsidP="008939C9">
      <w:r>
        <w:separator/>
      </w:r>
    </w:p>
  </w:endnote>
  <w:endnote w:type="continuationSeparator" w:id="0">
    <w:p w14:paraId="615A3F4D" w14:textId="77777777" w:rsidR="00463DFB" w:rsidRDefault="00463DFB" w:rsidP="00893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8939C9" w14:paraId="11E804F8" w14:textId="77777777" w:rsidTr="008939C9">
      <w:tc>
        <w:tcPr>
          <w:tcW w:w="4675" w:type="dxa"/>
        </w:tcPr>
        <w:p w14:paraId="4FA1729A" w14:textId="77777777" w:rsidR="008939C9" w:rsidRDefault="008939C9">
          <w:pPr>
            <w:pStyle w:val="Footer"/>
          </w:pPr>
        </w:p>
      </w:tc>
      <w:tc>
        <w:tcPr>
          <w:tcW w:w="4675" w:type="dxa"/>
        </w:tcPr>
        <w:p w14:paraId="4E65CBDB" w14:textId="5C159CFC" w:rsidR="00754ECE" w:rsidRPr="00754ECE" w:rsidRDefault="007B6B36" w:rsidP="00754ECE">
          <w:pPr>
            <w:jc w:val="right"/>
            <w:rPr>
              <w:color w:val="A6A6A6" w:themeColor="background1" w:themeShade="A6"/>
              <w:sz w:val="16"/>
              <w:szCs w:val="18"/>
            </w:rPr>
          </w:pPr>
          <w:r>
            <w:rPr>
              <w:color w:val="A6A6A6" w:themeColor="background1" w:themeShade="A6"/>
              <w:sz w:val="16"/>
              <w:szCs w:val="18"/>
            </w:rPr>
            <w:t xml:space="preserve">2026-2027 </w:t>
          </w:r>
          <w:r w:rsidR="00754ECE" w:rsidRPr="00754ECE">
            <w:rPr>
              <w:color w:val="A6A6A6" w:themeColor="background1" w:themeShade="A6"/>
              <w:sz w:val="16"/>
              <w:szCs w:val="18"/>
            </w:rPr>
            <w:t>Indigenous Community Sport Development Grant</w:t>
          </w:r>
        </w:p>
        <w:p w14:paraId="775C3FFA" w14:textId="77777777" w:rsidR="00754ECE" w:rsidRPr="00754ECE" w:rsidRDefault="00754ECE" w:rsidP="00754ECE">
          <w:pPr>
            <w:jc w:val="right"/>
            <w:rPr>
              <w:color w:val="A6A6A6" w:themeColor="background1" w:themeShade="A6"/>
              <w:sz w:val="16"/>
              <w:szCs w:val="18"/>
            </w:rPr>
          </w:pPr>
          <w:r w:rsidRPr="00754ECE">
            <w:rPr>
              <w:color w:val="A6A6A6" w:themeColor="background1" w:themeShade="A6"/>
              <w:sz w:val="16"/>
              <w:szCs w:val="18"/>
            </w:rPr>
            <w:t>South West District Indigenous Youth Sport Initiative</w:t>
          </w:r>
        </w:p>
        <w:p w14:paraId="7FB65BAD" w14:textId="339D76EE" w:rsidR="008939C9" w:rsidRPr="00754ECE" w:rsidRDefault="00AF6423" w:rsidP="00754ECE">
          <w:pPr>
            <w:jc w:val="right"/>
            <w:rPr>
              <w:color w:val="A6A6A6" w:themeColor="background1" w:themeShade="A6"/>
              <w:sz w:val="16"/>
              <w:szCs w:val="18"/>
            </w:rPr>
          </w:pPr>
          <w:r w:rsidRPr="00754ECE">
            <w:rPr>
              <w:color w:val="A6A6A6" w:themeColor="background1" w:themeShade="A6"/>
              <w:sz w:val="16"/>
              <w:szCs w:val="18"/>
            </w:rPr>
            <w:t xml:space="preserve">Page </w:t>
          </w:r>
          <w:r w:rsidRPr="00754ECE">
            <w:rPr>
              <w:color w:val="A6A6A6" w:themeColor="background1" w:themeShade="A6"/>
              <w:sz w:val="16"/>
              <w:szCs w:val="18"/>
            </w:rPr>
            <w:fldChar w:fldCharType="begin"/>
          </w:r>
          <w:r w:rsidRPr="00754ECE">
            <w:rPr>
              <w:color w:val="A6A6A6" w:themeColor="background1" w:themeShade="A6"/>
              <w:sz w:val="16"/>
              <w:szCs w:val="18"/>
            </w:rPr>
            <w:instrText xml:space="preserve"> PAGE   \* MERGEFORMAT </w:instrText>
          </w:r>
          <w:r w:rsidRPr="00754ECE">
            <w:rPr>
              <w:color w:val="A6A6A6" w:themeColor="background1" w:themeShade="A6"/>
              <w:sz w:val="16"/>
              <w:szCs w:val="18"/>
            </w:rPr>
            <w:fldChar w:fldCharType="separate"/>
          </w:r>
          <w:r w:rsidRPr="00754ECE">
            <w:rPr>
              <w:color w:val="A6A6A6" w:themeColor="background1" w:themeShade="A6"/>
              <w:sz w:val="16"/>
              <w:szCs w:val="18"/>
            </w:rPr>
            <w:t>1</w:t>
          </w:r>
          <w:r w:rsidRPr="00754ECE">
            <w:rPr>
              <w:color w:val="A6A6A6" w:themeColor="background1" w:themeShade="A6"/>
              <w:sz w:val="16"/>
              <w:szCs w:val="18"/>
            </w:rPr>
            <w:fldChar w:fldCharType="end"/>
          </w:r>
          <w:r w:rsidR="00754ECE">
            <w:rPr>
              <w:color w:val="A6A6A6" w:themeColor="background1" w:themeShade="A6"/>
              <w:sz w:val="16"/>
              <w:szCs w:val="18"/>
            </w:rPr>
            <w:t xml:space="preserve"> of </w:t>
          </w:r>
          <w:r w:rsidR="00754ECE">
            <w:rPr>
              <w:color w:val="A6A6A6" w:themeColor="background1" w:themeShade="A6"/>
              <w:sz w:val="16"/>
              <w:szCs w:val="18"/>
            </w:rPr>
            <w:fldChar w:fldCharType="begin"/>
          </w:r>
          <w:r w:rsidR="00754ECE">
            <w:rPr>
              <w:color w:val="A6A6A6" w:themeColor="background1" w:themeShade="A6"/>
              <w:sz w:val="16"/>
              <w:szCs w:val="18"/>
            </w:rPr>
            <w:instrText xml:space="preserve"> NUMPAGES   \* MERGEFORMAT </w:instrText>
          </w:r>
          <w:r w:rsidR="00754ECE">
            <w:rPr>
              <w:color w:val="A6A6A6" w:themeColor="background1" w:themeShade="A6"/>
              <w:sz w:val="16"/>
              <w:szCs w:val="18"/>
            </w:rPr>
            <w:fldChar w:fldCharType="separate"/>
          </w:r>
          <w:r w:rsidR="00754ECE">
            <w:rPr>
              <w:noProof/>
              <w:color w:val="A6A6A6" w:themeColor="background1" w:themeShade="A6"/>
              <w:sz w:val="16"/>
              <w:szCs w:val="18"/>
            </w:rPr>
            <w:t>8</w:t>
          </w:r>
          <w:r w:rsidR="00754ECE">
            <w:rPr>
              <w:color w:val="A6A6A6" w:themeColor="background1" w:themeShade="A6"/>
              <w:sz w:val="16"/>
              <w:szCs w:val="18"/>
            </w:rPr>
            <w:fldChar w:fldCharType="end"/>
          </w:r>
        </w:p>
      </w:tc>
    </w:tr>
  </w:tbl>
  <w:p w14:paraId="3230A80C" w14:textId="77777777" w:rsidR="008939C9" w:rsidRDefault="008939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3817A" w14:textId="77777777" w:rsidR="00463DFB" w:rsidRDefault="00463DFB" w:rsidP="008939C9">
      <w:r>
        <w:separator/>
      </w:r>
    </w:p>
  </w:footnote>
  <w:footnote w:type="continuationSeparator" w:id="0">
    <w:p w14:paraId="166015D6" w14:textId="77777777" w:rsidR="00463DFB" w:rsidRDefault="00463DFB" w:rsidP="008939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0127A" w14:textId="77777777" w:rsidR="008939C9" w:rsidRDefault="008939C9" w:rsidP="008939C9">
    <w:pPr>
      <w:pStyle w:val="Header"/>
      <w:jc w:val="center"/>
    </w:pPr>
    <w:r>
      <w:rPr>
        <w:noProof/>
      </w:rPr>
      <w:drawing>
        <wp:inline distT="0" distB="0" distL="0" distR="0" wp14:anchorId="4911A318" wp14:editId="1EF34347">
          <wp:extent cx="914400" cy="678031"/>
          <wp:effectExtent l="0" t="0" r="0" b="8255"/>
          <wp:docPr id="2" name="Picture 2" descr="Logo_SWDCRS_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WDCRS_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678031"/>
                  </a:xfrm>
                  <a:prstGeom prst="rect">
                    <a:avLst/>
                  </a:prstGeom>
                  <a:noFill/>
                  <a:ln>
                    <a:noFill/>
                  </a:ln>
                </pic:spPr>
              </pic:pic>
            </a:graphicData>
          </a:graphic>
        </wp:inline>
      </w:drawing>
    </w:r>
  </w:p>
  <w:p w14:paraId="1D597258" w14:textId="77777777" w:rsidR="008939C9" w:rsidRPr="008939C9" w:rsidRDefault="008939C9" w:rsidP="008939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84318409">
    <w:abstractNumId w:val="8"/>
  </w:num>
  <w:num w:numId="2" w16cid:durableId="1564564270">
    <w:abstractNumId w:val="6"/>
  </w:num>
  <w:num w:numId="3" w16cid:durableId="613099668">
    <w:abstractNumId w:val="5"/>
  </w:num>
  <w:num w:numId="4" w16cid:durableId="1352341113">
    <w:abstractNumId w:val="4"/>
  </w:num>
  <w:num w:numId="5" w16cid:durableId="57752498">
    <w:abstractNumId w:val="7"/>
  </w:num>
  <w:num w:numId="6" w16cid:durableId="924730477">
    <w:abstractNumId w:val="3"/>
  </w:num>
  <w:num w:numId="7" w16cid:durableId="927999956">
    <w:abstractNumId w:val="2"/>
  </w:num>
  <w:num w:numId="8" w16cid:durableId="272325422">
    <w:abstractNumId w:val="1"/>
  </w:num>
  <w:num w:numId="9" w16cid:durableId="4077691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63DFB"/>
    <w:rsid w:val="006E790F"/>
    <w:rsid w:val="00730988"/>
    <w:rsid w:val="00754ECE"/>
    <w:rsid w:val="007B6B36"/>
    <w:rsid w:val="008939C9"/>
    <w:rsid w:val="009C7652"/>
    <w:rsid w:val="00A37560"/>
    <w:rsid w:val="00AA1D8D"/>
    <w:rsid w:val="00AF6423"/>
    <w:rsid w:val="00B10FB0"/>
    <w:rsid w:val="00B47730"/>
    <w:rsid w:val="00CB0664"/>
    <w:rsid w:val="00E74E8B"/>
    <w:rsid w:val="00EF4BE4"/>
    <w:rsid w:val="00F64D5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350697A"/>
  <w14:defaultImageDpi w14:val="300"/>
  <w15:docId w15:val="{115C0571-032E-45FB-A639-A423DDCE5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Arial" w:hAnsi="Arial"/>
      <w:sz w:val="20"/>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ainHeading">
    <w:name w:val="Main Heading"/>
    <w:basedOn w:val="Normal"/>
    <w:rPr>
      <w:b/>
      <w:sz w:val="24"/>
    </w:rPr>
  </w:style>
  <w:style w:type="paragraph" w:customStyle="1" w:styleId="SectionHeading">
    <w:name w:val="Section Heading"/>
    <w:basedOn w:val="Normal"/>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1926</Words>
  <Characters>10980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12881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SWDCRS Executive Director (Christie)</cp:lastModifiedBy>
  <cp:revision>11</cp:revision>
  <dcterms:created xsi:type="dcterms:W3CDTF">2026-10-19T22:58:00Z</dcterms:created>
  <dcterms:modified xsi:type="dcterms:W3CDTF">2026-10-19T23:06:00Z</dcterms:modified>
  <cp:category/>
</cp:coreProperties>
</file>